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תַּמְרוּרִים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תַּמְרוּרִים חשובים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כל תַּמְרוּר אומר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תמרורים כמו במשחק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זהו את התמרור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ילדים 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תמרור עצור אומר לעצור לפני שממשיכים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לחצות את 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(דרך לרוכבי 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(אזהרה שיש ילדים בסביבה)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(צריך לעצור לפני שממשיכים)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עצור - אומר לעצור לפני שממשיכים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עצרו לפני שממשיכים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במעבר חציה אחרי בדיקה לצדדים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רוכבי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התמרורים בזמן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לשחק את משחק הזיכרון מהדף לפני התרגול לחיזוק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תַּמְרוּרִים בַּדֶּרֶךְ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הזיכרון פגשנו כמה תמרורים חשובים: מעבר חציה, שביל אופניים, ילדים בדרך ועצור. בדף הזה נתרגל להכיר אותם ולהבין מה כל אחד אומר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חציה  ·  עצור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זהו את התמרור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תמרור אומר לנו איפה לחצות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שביל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תמרור מזהיר שיש ילדים בסביבה?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ילדים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שביל אופניים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תמרור עצור אומר להמשיך בלי לעצור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מעבר חציה הוא מקום מסומן לחצות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אזהרה שיש ילדים בסביבה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שביל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לחצות את הכביש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ילדים בדרך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צריך לעצור לפני שממשיכים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דרך לרוכבי אופניים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כשרואים תמרור __________ צריך לעצור לפני שממשיכים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חוצים את הכביש רק במעבר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וספרו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שם של תמרור אחד שלמדנו ומה הוא אומר לנו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תמרור עצור אומר 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חוצים את הכביש בבטחה?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תַּמְרוּרִים בַּדֶּרֶךְ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