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תַּמְרוּרִים בַּדֶּרֶךְ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תַּמְרוּרִים חשובים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כל תַּמְרוּר אומר 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תמרורים כמו במשחק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זהו את התמרור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ילדים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רוכבי 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אחרי שבודקים לצדדים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תמרור עצור אומר לעצור לפני שממשיכים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שביל אופניים מיועד לרוכבי 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התמרור מזהיר שיש ילדים בסביבה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חוצים רק במקומות מסומנים ואחרי בדיקה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תמרור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לחצות את הכביש)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(דרך לרוכבי אופניים)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(אזהרה שיש ילדים בסביבה)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(צריך לעצור לפני שממשיכים)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(מנהל את התנועה באורות)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צדדים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וספרו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עצור - אומר לעצור לפני שממשיכים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לוודא שאין מכוניות מתקרבות ולהישאר בטוחים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עצרו לפני שממשיכים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במעבר חציה אחרי בדיקה לצדדים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רוכבי אופניים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התמרורים בזמן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לשחק את משחק הזיכרון מהדף לפני התרגול לחיזוק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תַּמְרוּרִים בַּדֶּרֶךְ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הזיכרון פגשנו כמה תמרורים חשובים: מעבר חציה, שביל אופניים, ילדים בדרך ועצור. בדף הזה נתרגל להכיר אותם ולהבין מה כל אחד אומר לנו.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זהו את התמרור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תמרור אומר לנו איפה לחצות את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שביל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תמרור מזהיר שיש ילדים בסביבה?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שביל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צריך לעשות כשרואים 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להמשיך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משתמש בשביל אופניים?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הולכי 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נהגים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רוכבי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נהגי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חוצים בבטחה במעבר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רצים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בלי להסתכל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שבודקים לצדדים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בעיניים עצומות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עצור אומר להמשיך בלי לעצור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חציה הוא מקום מסומן לחצות את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שביל אופניים הוא מקום להולכי רגל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ילדים בדרך מזהיר נהגים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לחצות כביש בכל מקום בלי להסתכל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תמרור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אזהרה שיש ילדים בסביבה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שביל אופניים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לחצות את הכביש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ילדים בדרך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צריך לעצור לפני שממשיכים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מנהל את התנועה באורות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דרך לרוכבי אופניים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כשרואים תמרור __________ צריך לעצור לפני שממשיכים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חוצים את הכביש רק במעבר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רוכבי אופניים נוסעים ב__________ אופניים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תמרור __________ בדרך מזהיר נהגים שיש ילדים בסביבה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שחוצים כביש צריך להסתכל לשני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וספרו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שם של תמרור אחד שלמדנו ומה הוא אומר לנו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להסתכל לשני הצדדים לפני חציית כביש?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תמרור עצור אומר לנו?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חוצים את הכביש בבטחה?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נוסע בשביל אופניים?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תַּמְרוּרִים בַּדֶּרֶךְ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